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3B6859" w14:textId="77777777" w:rsidR="005E4BFD" w:rsidRDefault="00375554" w:rsidP="005E4BFD">
      <w:pPr>
        <w:pStyle w:val="a9"/>
        <w:rPr>
          <w:lang w:val="kk-KZ" w:eastAsia="ru-RU"/>
        </w:rPr>
      </w:pPr>
      <w:r>
        <w:rPr>
          <w:lang w:eastAsia="ru-RU"/>
        </w:rPr>
        <w:t>15+5 = 20</w:t>
      </w:r>
      <w:r w:rsidR="005E4BFD" w:rsidRPr="005E4BFD">
        <w:rPr>
          <w:lang w:val="kk-KZ" w:eastAsia="ru-RU"/>
        </w:rPr>
        <w:t xml:space="preserve"> </w:t>
      </w:r>
    </w:p>
    <w:p w14:paraId="46CC5E2F" w14:textId="2A2381A8" w:rsidR="005E4BFD" w:rsidRPr="005E4BFD" w:rsidRDefault="005E4BFD" w:rsidP="005E4BFD">
      <w:pPr>
        <w:pStyle w:val="a9"/>
        <w:rPr>
          <w:lang w:val="kk-KZ" w:eastAsia="ru-RU"/>
        </w:rPr>
      </w:pPr>
      <w:r>
        <w:rPr>
          <w:lang w:val="kk-KZ" w:eastAsia="ru-RU"/>
        </w:rPr>
        <w:t xml:space="preserve">Жер серігі </w:t>
      </w:r>
      <w:r w:rsidRPr="005E4BFD">
        <w:rPr>
          <w:lang w:val="kk-KZ" w:eastAsia="ru-RU"/>
        </w:rPr>
        <w:t xml:space="preserve">= </w:t>
      </w:r>
      <w:r>
        <w:rPr>
          <w:lang w:val="kk-KZ" w:eastAsia="ru-RU"/>
        </w:rPr>
        <w:t>А</w:t>
      </w:r>
      <w:bookmarkStart w:id="0" w:name="_GoBack"/>
      <w:bookmarkEnd w:id="0"/>
      <w:r>
        <w:rPr>
          <w:lang w:val="kk-KZ" w:eastAsia="ru-RU"/>
        </w:rPr>
        <w:t>й</w:t>
      </w:r>
    </w:p>
    <w:p w14:paraId="0231E90E" w14:textId="7EEB82BA" w:rsidR="00C97E4B" w:rsidRPr="005E4BFD" w:rsidRDefault="00C97E4B" w:rsidP="007416E8">
      <w:pPr>
        <w:pStyle w:val="a9"/>
        <w:rPr>
          <w:lang w:val="kk-KZ" w:eastAsia="ru-RU"/>
        </w:rPr>
      </w:pPr>
      <w:r w:rsidRPr="005E4BFD">
        <w:rPr>
          <w:lang w:val="kk-KZ"/>
        </w:rPr>
        <w:t>s = 'информатика' print(s[2:11:3])</w:t>
      </w:r>
      <w:r w:rsidR="000D0530" w:rsidRPr="005E4BFD">
        <w:rPr>
          <w:lang w:val="kk-KZ"/>
        </w:rPr>
        <w:t xml:space="preserve"> = </w:t>
      </w:r>
      <w:r w:rsidRPr="005E4BFD">
        <w:rPr>
          <w:lang w:val="kk-KZ"/>
        </w:rPr>
        <w:t>фми</w:t>
      </w:r>
    </w:p>
    <w:p w14:paraId="5CF24B10" w14:textId="7124EAE8" w:rsidR="00CA3377" w:rsidRDefault="00CA3377" w:rsidP="007416E8">
      <w:pPr>
        <w:pStyle w:val="a9"/>
        <w:rPr>
          <w:lang w:val="kk-KZ" w:eastAsia="ru-RU"/>
        </w:rPr>
      </w:pPr>
      <w:r w:rsidRPr="00CA3377">
        <w:rPr>
          <w:lang w:val="kk-KZ"/>
        </w:rPr>
        <w:t>Халықаралық бірліктер жүйесінде (СИ) уақыт қай символмен жазылады</w:t>
      </w:r>
      <w:r w:rsidR="0080081B" w:rsidRPr="0080081B">
        <w:rPr>
          <w:lang w:val="kk-KZ"/>
        </w:rPr>
        <w:t xml:space="preserve"> </w:t>
      </w:r>
      <w:r w:rsidR="00CF7750" w:rsidRPr="006E1D0A">
        <w:rPr>
          <w:lang w:val="kk-KZ"/>
        </w:rPr>
        <w:t>=</w:t>
      </w:r>
      <w:r w:rsidR="00427735" w:rsidRPr="00427735">
        <w:rPr>
          <w:lang w:val="kk-KZ"/>
        </w:rPr>
        <w:t xml:space="preserve"> </w:t>
      </w:r>
      <w:r w:rsidR="006E1D0A" w:rsidRPr="006E1D0A">
        <w:rPr>
          <w:lang w:val="kk-KZ" w:eastAsia="ru-RU"/>
        </w:rPr>
        <w:t>t</w:t>
      </w:r>
    </w:p>
    <w:p w14:paraId="105091E5" w14:textId="77777777" w:rsidR="00CA3377" w:rsidRPr="00CA3377" w:rsidRDefault="00CA3377" w:rsidP="00CA3377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9FA5E43" w14:textId="77777777" w:rsidR="00CA3377" w:rsidRPr="00CA3377" w:rsidRDefault="00CA3377" w:rsidP="00CA3377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CF74663" w14:textId="77777777" w:rsidR="00CA3377" w:rsidRPr="00CA3377" w:rsidRDefault="00CA3377" w:rsidP="00CA3377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6253A0B" w14:textId="672FDA5E" w:rsidR="00E975F7" w:rsidRPr="00CA3377" w:rsidRDefault="00E975F7" w:rsidP="00CA3377">
      <w:pPr>
        <w:rPr>
          <w:lang w:val="kk-KZ"/>
        </w:rPr>
      </w:pPr>
    </w:p>
    <w:sectPr w:rsidR="00E975F7" w:rsidRPr="00CA337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0530"/>
    <w:rsid w:val="0015074B"/>
    <w:rsid w:val="00177DF2"/>
    <w:rsid w:val="0029639D"/>
    <w:rsid w:val="00326F90"/>
    <w:rsid w:val="00375554"/>
    <w:rsid w:val="0040345F"/>
    <w:rsid w:val="00427735"/>
    <w:rsid w:val="005E4BFD"/>
    <w:rsid w:val="006E1D0A"/>
    <w:rsid w:val="007416E8"/>
    <w:rsid w:val="0080081B"/>
    <w:rsid w:val="008F3341"/>
    <w:rsid w:val="009D5B89"/>
    <w:rsid w:val="00AA1D8D"/>
    <w:rsid w:val="00B47730"/>
    <w:rsid w:val="00BB4951"/>
    <w:rsid w:val="00BC5463"/>
    <w:rsid w:val="00C97E4B"/>
    <w:rsid w:val="00CA3377"/>
    <w:rsid w:val="00CB0664"/>
    <w:rsid w:val="00CF7750"/>
    <w:rsid w:val="00E975F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1827BF"/>
  <w14:defaultImageDpi w14:val="300"/>
  <w15:docId w15:val="{16FE04C8-9225-41FC-916D-D68F70110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inqyif">
    <w:name w:val="inqyif"/>
    <w:basedOn w:val="a2"/>
    <w:rsid w:val="00CA3377"/>
  </w:style>
  <w:style w:type="character" w:customStyle="1" w:styleId="math-inline">
    <w:name w:val="math-inline"/>
    <w:basedOn w:val="a2"/>
    <w:rsid w:val="00CA33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6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80E291-113B-4269-81A2-E0103A1C7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gho wer</cp:lastModifiedBy>
  <cp:revision>14</cp:revision>
  <dcterms:created xsi:type="dcterms:W3CDTF">2013-12-23T23:15:00Z</dcterms:created>
  <dcterms:modified xsi:type="dcterms:W3CDTF">2026-07-25T13:13:00Z</dcterms:modified>
  <cp:category/>
</cp:coreProperties>
</file>